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החיים במדבר סהרה ואת ההתאמות של הגמל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הספינקס ואת הפירמידות בגיזה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חוסך מים בגופו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החול היה חם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בצל עצי תמרים ליד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פסל של אריה עם ראש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הפירמידות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שהגמל לועס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נווה מדבר הוא מקום עם מים 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בסיפור כתוב שבערב נסעו לגיזה וראו שם את הספינקס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הספינקס שומר על הפירמידות כבר אלפי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מתכננים לראות את הזריחה רק מחר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(שם הגמל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(פסל ענק של אריה עם ראש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עם מים וצל במדבר)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נמצאות הפירמידות)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(גבעת חול גבוהה)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שקרו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יצאנו לדרך עם שיירת 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נחנו בצל עצי תמרים ליד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נסענו לגיזה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ראינו את הספינקס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הקשורים לחום, חול, גמל או נווה מדבר, ושהמשפטים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שהחום הגדול דורש הגנה מהשמש, שתייה מספקת ומניעת כניסת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הגמל נקרא קינמון והוא יכול ללכת ימים רבים בלי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נווה מדבר הוא מקום עם מים וצל בתוך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הספינקס הוא פסל אריה עם ראש אדם שנמצא בגיזה ושומר על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הספינקס והפירמידות כדי לחבר את התלמידים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את התלמידים להשתמש במילים החדשות מהמילון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קצר על יום במדבר סהרה. נתרגל מילים חדשות ונענה על שאלות קלות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גמלים או אנשים שנוסעים ביחד במדבר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נווה מדבר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מים וצל בתוך המדבר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ספינקס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פסל ענק של אריה עם ראש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במצרים שבו נמצאות הפירמידות הגדולות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גבעת חול גבוהה במדבר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נעליים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הייתה חמה מאוד וחזקה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לועס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ומזיז את הפה הרבה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הגמל?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לגמל אין בעיה בלי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צמא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חוסך מים בגופו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שותה הרבה מים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כואב ללכת בלי נעליים?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החול היה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החול היה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הילדים נחו?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בצל עצי תמרים ליד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מלון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ראש דיונה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הספינקס?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 של אריה עם ראש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גמל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שומר הספינקס?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נווה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בסיפור לועס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נווה מדבר הוא מקום בלי מים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הספינקס נמצא בגיזה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הספינקס נבנה לפני שנה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הילדים ראו את הזריחה מראש דיונה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הגמל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עם מים וצל במדבר נקרא __________ 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הספינקס הוא פסל של אריה עם ראש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נסענו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נראה את ה__________ מראש דיונה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נחנו בצל של עצי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קינמון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הגמל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ספינקס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נמצאות הפירמידות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נווה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פסל ענק של אריה עם ראש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גבעת חול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עם מים וצל במדבר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שקרו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נחנו בצל עצי תמרים ליד מעיין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נסענו לגיזה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את הספינקס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יצאנו לדרך עם שיירת גמלים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נוסעים על גמל במדבר סהרה. כתבו שלושה-ארבעה משפטים על מה שאתם רואים ומרגישים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לארוז כובע רחב, בקבוק מים וצעיף כשנוסעים במדבר?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הגמל בסיפור ואיזו תכונה מיוחדת יש 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נווה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הספינקס ואיפה הוא נמצא?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מדבר סהרה ופירמידות גיזה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