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מדבר סהרה ופירמידות גיזה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תנאי החיים במדבר סהרה ואת ההתאמות של הגמל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הספינקס ואת הפירמידות בגיזה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למדבר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קינמון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הוא חוסך מים בגופו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החול היה חם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בצל עצי תמרים ליד מעיין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פסל של אריה עם ראש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על הפירמידות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בסיפור שהגמל לועס כל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נווה מדבר הוא מקום עם מים וצל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בסיפור כתוב שבערב נסעו לגיזה וראו שם את הספינקס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הספינקס שומר על הפירמידות כבר אלפי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הם מתכננים לראות את הזריחה רק מחר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קינמון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גיזה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זריחה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תמרים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(שם הגמל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(פסל ענק של אריה עם ראש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(מקום עם מים וצל במדבר)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(מקום שבו נמצאות הפירמידות)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(גבעת חול גבוהה)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הדברים שקרו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יצאנו לדרך עם שיירת גמלים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נחנו בצל עצי תמרים ליד מעיין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נסענו לגיזה בערב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ראינו את הספינקס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כתב משפטים הקשורים לחום, חול, גמל או נווה מדבר, ושהמשפטים ברורים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תסביר שהחום הגדול דורש הגנה מהשמש, שתייה מספקת ומניעת כניסת חול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הגמל נקרא קינמון והוא יכול ללכת ימים רבים בלי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נווה מדבר הוא מקום עם מים וצל בתוך המדבר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הספינקס הוא פסל אריה עם ראש אדם שנמצא בגיזה ושומר על הפירמידות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התרגול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תמונה של הספינקס והפירמידות כדי לחבר את התלמידים לתוכן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לעודד את התלמידים להשתמש במילים החדשות מהמילון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מדבר סהרה ופירמידות גיזה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מה שקראנו ביומן המסע על יום ראשון בסהרה - הנסיעה על גמלים, המנוחה בנווה המדבר, וההגעה לגיזה בערב.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לגמל של הילד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קינמון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זריחה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הגמל יכול ללכת ימים רבים בלי לשתות?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לא צמא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חוסך מים בגופו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שותה בלילה בסתר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שותה הרבה מים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אי אפשר היה ללכת יחף בצהריים?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היה קר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החול היה רטוב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החול היה חם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היה 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נחו הילדים בצהריים?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בתוך הפירמידה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בצל עצי תמרים ליד מעיין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בתוך מלון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ראש דיונה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הספינקס?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גבוה במדבר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פסל של אריה עם ראש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גמל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על מה שומר הספינקס?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הנהר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הפירמידות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נווה המדבר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הים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הגמל בסיפור לועס כל הזמן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נווה מדבר הוא מקום בלי מים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הספינקס נמצא בגיזה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הספינקס נבנה לפני שנה אחת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בבוקר הילדים ראו את הזריחה מראש דיונה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הגמל שלי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מקום עם מים וצל במדבר נקרא __________ מדבר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הספינקס הוא פסל של אריה עם ראש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בערב נסענו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מחר נראה את ה__________ מראש דיונה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נחנו בצל של עצי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קינמון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פסל ענק של אריה עם ראש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ספינקס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עם מים וצל במדבר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נווה מדבר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שם הגמל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גיזה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גבעת חול גבוהה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דיונה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 שבו נמצאות הפירמידות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הדברים שקרו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נחנו בצל עצי תמרים ליד מעיין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ראינו את הספינקס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יצאנו לדרך עם שיירת גמלים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נסענו לגיזה בערב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נוסעים על גמל במדבר סהרה. כתבו שלושה-ארבעה משפטים על מה שאתם רואים ומרגישים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חשוב לארוז כובע רחב, בקבוק מים וצעיף כשנוסעים במדבר?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הגמל בסיפור ואיזו תכונה מיוחדת יש 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נווה מדבר?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הספינקס ואיפה הוא נמצא?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מדבר סהרה ופירמידות גיזה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